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78E77" w14:textId="77777777" w:rsidR="00761DD5" w:rsidRDefault="00513F15" w:rsidP="00CB7BC4">
      <w:pPr>
        <w:jc w:val="center"/>
      </w:pPr>
      <w:r>
        <w:rPr>
          <w:b/>
          <w:sz w:val="32"/>
        </w:rPr>
        <w:t>CURRICULUM VITAE</w:t>
      </w:r>
    </w:p>
    <w:p w14:paraId="7C215EEB" w14:textId="77777777" w:rsidR="00761DD5" w:rsidRDefault="00513F15" w:rsidP="00BF0E62">
      <w:pPr>
        <w:jc w:val="both"/>
      </w:pPr>
      <w:r>
        <w:t xml:space="preserve">Name: </w:t>
      </w:r>
      <w:proofErr w:type="spellStart"/>
      <w:r>
        <w:t>Anumoy</w:t>
      </w:r>
      <w:proofErr w:type="spellEnd"/>
      <w:r>
        <w:t xml:space="preserve"> Chakraborty</w:t>
      </w:r>
    </w:p>
    <w:p w14:paraId="27434898" w14:textId="77777777" w:rsidR="00761DD5" w:rsidRDefault="00513F15" w:rsidP="00BF0E62">
      <w:pPr>
        <w:jc w:val="both"/>
      </w:pPr>
      <w:r>
        <w:t>Email: anu_chak62@yahoo.co.in / anumoy.g@gmail.com</w:t>
      </w:r>
    </w:p>
    <w:p w14:paraId="5B44C65C" w14:textId="77777777" w:rsidR="00761DD5" w:rsidRDefault="00513F15" w:rsidP="00BF0E62">
      <w:pPr>
        <w:jc w:val="both"/>
      </w:pPr>
      <w:r>
        <w:t>Phone: +91-7908367238 / +91-7384408098</w:t>
      </w:r>
    </w:p>
    <w:p w14:paraId="787A9AC6" w14:textId="77777777" w:rsidR="00761DD5" w:rsidRDefault="00513F15" w:rsidP="00BF0E62">
      <w:pPr>
        <w:jc w:val="both"/>
      </w:pPr>
      <w:r>
        <w:t xml:space="preserve">Present Address: 295, </w:t>
      </w:r>
      <w:proofErr w:type="spellStart"/>
      <w:r>
        <w:t>Laskarpur</w:t>
      </w:r>
      <w:proofErr w:type="spellEnd"/>
      <w:r>
        <w:t xml:space="preserve"> </w:t>
      </w:r>
      <w:proofErr w:type="spellStart"/>
      <w:r>
        <w:t>Purbapara</w:t>
      </w:r>
      <w:proofErr w:type="spellEnd"/>
      <w:r>
        <w:t xml:space="preserve">, </w:t>
      </w:r>
      <w:proofErr w:type="spellStart"/>
      <w:r>
        <w:t>Vedatrayee</w:t>
      </w:r>
      <w:proofErr w:type="spellEnd"/>
      <w:r>
        <w:t xml:space="preserve"> Apartment, Flat No.6, Kolkata – 700153, West Bengal, India</w:t>
      </w:r>
    </w:p>
    <w:p w14:paraId="12909897" w14:textId="77777777" w:rsidR="00761DD5" w:rsidRDefault="00513F15" w:rsidP="00BF0E62">
      <w:pPr>
        <w:jc w:val="both"/>
      </w:pPr>
      <w:r>
        <w:t xml:space="preserve">Permanent Address: 18, D.B.C Road, </w:t>
      </w:r>
      <w:proofErr w:type="spellStart"/>
      <w:r>
        <w:t>Deshbandhupara</w:t>
      </w:r>
      <w:proofErr w:type="spellEnd"/>
      <w:r>
        <w:t xml:space="preserve">, </w:t>
      </w:r>
      <w:proofErr w:type="spellStart"/>
      <w:r>
        <w:t>Siliguri</w:t>
      </w:r>
      <w:proofErr w:type="spellEnd"/>
      <w:r>
        <w:t xml:space="preserve"> – 734404, District-Darjeeling, West Bengal, India</w:t>
      </w:r>
    </w:p>
    <w:p w14:paraId="503A99AB" w14:textId="77777777" w:rsidR="00761DD5" w:rsidRDefault="00513F15" w:rsidP="00BF0E62">
      <w:pPr>
        <w:jc w:val="both"/>
      </w:pPr>
      <w:r>
        <w:t>Date of Birth: 4th March 1987</w:t>
      </w:r>
    </w:p>
    <w:p w14:paraId="73261387" w14:textId="77777777" w:rsidR="00761DD5" w:rsidRDefault="00513F15" w:rsidP="00BF0E62">
      <w:pPr>
        <w:jc w:val="both"/>
      </w:pPr>
      <w:r>
        <w:rPr>
          <w:b/>
          <w:sz w:val="24"/>
        </w:rPr>
        <w:br/>
        <w:t>Professional Summary</w:t>
      </w:r>
    </w:p>
    <w:p w14:paraId="589FC67F" w14:textId="428C52C5" w:rsidR="004964D9" w:rsidRDefault="00557C12" w:rsidP="00BF0E62">
      <w:pPr>
        <w:jc w:val="both"/>
      </w:pPr>
      <w:r>
        <w:t xml:space="preserve">1 Year experience in developing web portal in ASP.NET, SQL SERVER ( Stored Procedure ). </w:t>
      </w:r>
      <w:r w:rsidR="00C60DA7" w:rsidRPr="00C60DA7">
        <w:t xml:space="preserve">Hands - on Experience Full Stack Developer with expertise in Angular, </w:t>
      </w:r>
      <w:proofErr w:type="spellStart"/>
      <w:r w:rsidR="00C60DA7" w:rsidRPr="00C60DA7">
        <w:t>NodeJS</w:t>
      </w:r>
      <w:proofErr w:type="spellEnd"/>
      <w:r w:rsidR="00C60DA7" w:rsidRPr="00C60DA7">
        <w:t xml:space="preserve">, Spring Boot (STS), Spring Security (With Successful Application of Filter), and </w:t>
      </w:r>
      <w:proofErr w:type="spellStart"/>
      <w:r w:rsidR="00AE32A6">
        <w:t>M</w:t>
      </w:r>
      <w:r w:rsidR="00C60DA7" w:rsidRPr="00C60DA7">
        <w:t>icroservice</w:t>
      </w:r>
      <w:proofErr w:type="spellEnd"/>
      <w:r w:rsidR="00AE32A6">
        <w:t xml:space="preserve"> A</w:t>
      </w:r>
      <w:r w:rsidR="00C60DA7" w:rsidRPr="00C60DA7">
        <w:t>rchitecture. Skilled in database systems (MySQL, SQL Server) and cloud services AWS (With Successful Application  of OTP Authentication, Captcha Validation and Applying other features of AWS like Lambda, Step Function (Cloud9 Python))</w:t>
      </w:r>
      <w:r w:rsidR="002F0973">
        <w:t xml:space="preserve">. </w:t>
      </w:r>
      <w:r w:rsidR="00F86516">
        <w:t>Good</w:t>
      </w:r>
      <w:r w:rsidR="00C60DA7" w:rsidRPr="00C60DA7">
        <w:t xml:space="preserve"> academic background with GATE qualification and publication record.</w:t>
      </w:r>
    </w:p>
    <w:p w14:paraId="1613256E" w14:textId="048EEB41" w:rsidR="00761DD5" w:rsidRDefault="00513F15" w:rsidP="00BF0E62">
      <w:pPr>
        <w:jc w:val="both"/>
      </w:pPr>
      <w:r>
        <w:rPr>
          <w:b/>
          <w:sz w:val="24"/>
        </w:rPr>
        <w:t>Education</w:t>
      </w:r>
    </w:p>
    <w:p w14:paraId="778FB2A4" w14:textId="37290F64" w:rsidR="00761DD5" w:rsidRDefault="00513F15" w:rsidP="00BF0E62">
      <w:pPr>
        <w:jc w:val="both"/>
      </w:pPr>
      <w:r>
        <w:t xml:space="preserve">• M.E. in Computer Science and Engineering, University Institute of Technology, </w:t>
      </w:r>
      <w:proofErr w:type="spellStart"/>
      <w:r>
        <w:t>Burdwan</w:t>
      </w:r>
      <w:proofErr w:type="spellEnd"/>
      <w:r>
        <w:t xml:space="preserve"> University – 1st Class, 2014</w:t>
      </w:r>
      <w:r>
        <w:br/>
        <w:t xml:space="preserve">• MCA in Computer Applications, </w:t>
      </w:r>
      <w:proofErr w:type="spellStart"/>
      <w:r>
        <w:t>Vidyasagar</w:t>
      </w:r>
      <w:proofErr w:type="spellEnd"/>
      <w:r>
        <w:t xml:space="preserve"> University – 1st Class, 2011</w:t>
      </w:r>
      <w:r>
        <w:br/>
        <w:t xml:space="preserve">• B.Sc. (Mathematics Hons), </w:t>
      </w:r>
      <w:r w:rsidR="006304CA">
        <w:t>Uni</w:t>
      </w:r>
      <w:r w:rsidR="00104B4F">
        <w:t>versity Of North Bengal</w:t>
      </w:r>
      <w:r>
        <w:t xml:space="preserve">– </w:t>
      </w:r>
      <w:r w:rsidR="00BB7281">
        <w:t>2</w:t>
      </w:r>
      <w:r w:rsidR="00BB7281" w:rsidRPr="00BB7281">
        <w:rPr>
          <w:vertAlign w:val="superscript"/>
        </w:rPr>
        <w:t>nd</w:t>
      </w:r>
      <w:r w:rsidR="00BB7281">
        <w:t xml:space="preserve"> Class</w:t>
      </w:r>
      <w:r>
        <w:t>, 2008</w:t>
      </w:r>
      <w:r>
        <w:br/>
        <w:t xml:space="preserve">• Higher Secondary, </w:t>
      </w:r>
      <w:r w:rsidR="000A7E5D">
        <w:t>WBCHSE</w:t>
      </w:r>
      <w:r>
        <w:t xml:space="preserve"> – </w:t>
      </w:r>
      <w:r w:rsidR="00C52F7C">
        <w:t>2</w:t>
      </w:r>
      <w:r w:rsidR="00C52F7C" w:rsidRPr="00C52F7C">
        <w:rPr>
          <w:vertAlign w:val="superscript"/>
        </w:rPr>
        <w:t>nd</w:t>
      </w:r>
      <w:r w:rsidR="00C52F7C">
        <w:t xml:space="preserve"> Class</w:t>
      </w:r>
      <w:r>
        <w:t>, 2005</w:t>
      </w:r>
      <w:r>
        <w:br/>
        <w:t xml:space="preserve">• </w:t>
      </w:r>
      <w:proofErr w:type="spellStart"/>
      <w:r>
        <w:t>Madhyamik</w:t>
      </w:r>
      <w:proofErr w:type="spellEnd"/>
      <w:r>
        <w:t xml:space="preserve"> Examination, </w:t>
      </w:r>
      <w:r w:rsidR="008B10F0">
        <w:t>WBBSE</w:t>
      </w:r>
      <w:r>
        <w:t xml:space="preserve"> – </w:t>
      </w:r>
      <w:r w:rsidR="00C52F7C">
        <w:t>1</w:t>
      </w:r>
      <w:r w:rsidR="00C52F7C" w:rsidRPr="00C52F7C">
        <w:rPr>
          <w:vertAlign w:val="superscript"/>
        </w:rPr>
        <w:t>st</w:t>
      </w:r>
      <w:r w:rsidR="00C52F7C">
        <w:t xml:space="preserve"> Division</w:t>
      </w:r>
      <w:r>
        <w:t>, 2003</w:t>
      </w:r>
    </w:p>
    <w:p w14:paraId="5EC53AEE" w14:textId="77777777" w:rsidR="00761DD5" w:rsidRDefault="00513F15" w:rsidP="00BF0E62">
      <w:pPr>
        <w:jc w:val="both"/>
      </w:pPr>
      <w:r>
        <w:rPr>
          <w:b/>
          <w:sz w:val="24"/>
        </w:rPr>
        <w:br/>
        <w:t>Professional Experience</w:t>
      </w:r>
    </w:p>
    <w:p w14:paraId="4F72B851" w14:textId="3FF9C319" w:rsidR="00761DD5" w:rsidRDefault="00513F15" w:rsidP="00BF0E62">
      <w:pPr>
        <w:jc w:val="both"/>
      </w:pPr>
      <w:r>
        <w:t xml:space="preserve">• </w:t>
      </w:r>
      <w:r w:rsidR="00A75B65">
        <w:t xml:space="preserve">Currently Working as a </w:t>
      </w:r>
      <w:r>
        <w:t>Software Developer (ASP.Net Project) and IRT</w:t>
      </w:r>
    </w:p>
    <w:p w14:paraId="7F15DEED" w14:textId="77777777" w:rsidR="00761DD5" w:rsidRDefault="00513F15" w:rsidP="00BF0E62">
      <w:pPr>
        <w:jc w:val="both"/>
      </w:pPr>
      <w:r>
        <w:t xml:space="preserve">• Teaching Assistantship (2012–2014), University Institute of Technology, </w:t>
      </w:r>
      <w:proofErr w:type="spellStart"/>
      <w:r>
        <w:t>Burdwan</w:t>
      </w:r>
      <w:proofErr w:type="spellEnd"/>
      <w:r>
        <w:t xml:space="preserve"> University</w:t>
      </w:r>
    </w:p>
    <w:p w14:paraId="62F2A026" w14:textId="77777777" w:rsidR="00BE78F9" w:rsidRDefault="00BE78F9" w:rsidP="00BF0E62">
      <w:pPr>
        <w:jc w:val="both"/>
        <w:rPr>
          <w:b/>
          <w:sz w:val="24"/>
        </w:rPr>
      </w:pPr>
    </w:p>
    <w:p w14:paraId="051632B2" w14:textId="37DE370C" w:rsidR="00761DD5" w:rsidRDefault="00513F15" w:rsidP="00BF0E62">
      <w:pPr>
        <w:jc w:val="both"/>
      </w:pPr>
      <w:r>
        <w:rPr>
          <w:b/>
          <w:sz w:val="24"/>
        </w:rPr>
        <w:lastRenderedPageBreak/>
        <w:br/>
        <w:t>Technical Skills</w:t>
      </w:r>
    </w:p>
    <w:p w14:paraId="3FA38F3C" w14:textId="33DB8C0A" w:rsidR="00761DD5" w:rsidRDefault="00513F15" w:rsidP="00BF0E62">
      <w:pPr>
        <w:jc w:val="both"/>
      </w:pPr>
      <w:r>
        <w:t>• Programming:</w:t>
      </w:r>
      <w:r w:rsidR="00D55A59">
        <w:t xml:space="preserve"> ASP.NET</w:t>
      </w:r>
      <w:r w:rsidR="006F69F4">
        <w:t>, VB.net</w:t>
      </w:r>
      <w:r w:rsidR="00210BA4">
        <w:t xml:space="preserve"> </w:t>
      </w:r>
      <w:r w:rsidR="006F69F4">
        <w:t>,</w:t>
      </w:r>
      <w:r>
        <w:t xml:space="preserve"> Java, Angular, Spring Boot, </w:t>
      </w:r>
      <w:proofErr w:type="spellStart"/>
      <w:r>
        <w:t>NodeJS</w:t>
      </w:r>
      <w:proofErr w:type="spellEnd"/>
      <w:r>
        <w:t>, MATLAB, Assembly, Embedded C</w:t>
      </w:r>
      <w:r>
        <w:br/>
        <w:t>• Databases: MySQL, SQL Server</w:t>
      </w:r>
      <w:r w:rsidR="00334481">
        <w:t>(Stored Procedure)</w:t>
      </w:r>
      <w:r>
        <w:br/>
        <w:t xml:space="preserve">• Platforms &amp; Tools: </w:t>
      </w:r>
      <w:proofErr w:type="spellStart"/>
      <w:r>
        <w:t>VSCode</w:t>
      </w:r>
      <w:proofErr w:type="spellEnd"/>
      <w:r>
        <w:t xml:space="preserve">, Eclipse, STS, Dreamweaver, Proteus 6, </w:t>
      </w:r>
      <w:proofErr w:type="spellStart"/>
      <w:r>
        <w:t>Keil</w:t>
      </w:r>
      <w:proofErr w:type="spellEnd"/>
      <w:r>
        <w:t xml:space="preserve"> uVision3</w:t>
      </w:r>
      <w:r>
        <w:br/>
        <w:t>• Microcontrollers: AT89C2051, AT89C51</w:t>
      </w:r>
      <w:r>
        <w:br/>
        <w:t>• Operating Systems:</w:t>
      </w:r>
      <w:r w:rsidR="00F465B0">
        <w:t xml:space="preserve"> </w:t>
      </w:r>
      <w:r>
        <w:t>Windows 10</w:t>
      </w:r>
      <w:r>
        <w:br/>
        <w:t xml:space="preserve">• Others: RESTful APIs, </w:t>
      </w:r>
      <w:proofErr w:type="spellStart"/>
      <w:r>
        <w:t>Microservices</w:t>
      </w:r>
      <w:proofErr w:type="spellEnd"/>
      <w:r>
        <w:t>, AWS, Hibernate, .NET Web Forms</w:t>
      </w:r>
    </w:p>
    <w:p w14:paraId="00BACFF6" w14:textId="77777777" w:rsidR="00761DD5" w:rsidRDefault="00513F15" w:rsidP="00BF0E62">
      <w:pPr>
        <w:jc w:val="both"/>
      </w:pPr>
      <w:r>
        <w:rPr>
          <w:b/>
          <w:sz w:val="24"/>
        </w:rPr>
        <w:br/>
        <w:t>Projects</w:t>
      </w:r>
    </w:p>
    <w:p w14:paraId="19C8B7B5" w14:textId="77777777" w:rsidR="00761DD5" w:rsidRDefault="00513F15" w:rsidP="00BF0E62">
      <w:pPr>
        <w:jc w:val="both"/>
      </w:pPr>
      <w:r>
        <w:t>• Biometric Steganography (ME): Developed spatial and frequency domain techniques using MATLAB.</w:t>
      </w:r>
    </w:p>
    <w:p w14:paraId="443C5C18" w14:textId="77777777" w:rsidR="00761DD5" w:rsidRDefault="00513F15" w:rsidP="00BF0E62">
      <w:pPr>
        <w:jc w:val="both"/>
      </w:pPr>
      <w:r>
        <w:t>• Friends 4ever (MCA): PHP-based social platform using Dreamweaver, MySQL.</w:t>
      </w:r>
    </w:p>
    <w:p w14:paraId="5AA5D2AE" w14:textId="77777777" w:rsidR="00761DD5" w:rsidRDefault="00513F15" w:rsidP="00BF0E62">
      <w:pPr>
        <w:jc w:val="both"/>
      </w:pPr>
      <w:r>
        <w:t>• Line Voltage &amp; Frequency Monitoring (MCA): Embedded system project with real-time interface in VB.Net.</w:t>
      </w:r>
    </w:p>
    <w:p w14:paraId="26904A29" w14:textId="77777777" w:rsidR="00761DD5" w:rsidRDefault="00513F15" w:rsidP="00BF0E62">
      <w:pPr>
        <w:jc w:val="both"/>
        <w:rPr>
          <w:b/>
          <w:sz w:val="24"/>
        </w:rPr>
      </w:pPr>
      <w:r>
        <w:rPr>
          <w:b/>
          <w:sz w:val="24"/>
        </w:rPr>
        <w:br/>
        <w:t>Publications &amp; Conferences</w:t>
      </w:r>
    </w:p>
    <w:p w14:paraId="4D4B4636" w14:textId="6B74193F" w:rsidR="00340051" w:rsidRDefault="00340051" w:rsidP="003D3789">
      <w:pPr>
        <w:pStyle w:val="ListParagraph"/>
        <w:numPr>
          <w:ilvl w:val="0"/>
          <w:numId w:val="14"/>
        </w:numPr>
        <w:jc w:val="both"/>
      </w:pPr>
      <w:r w:rsidRPr="00340051">
        <w:t xml:space="preserve">Bhattacharyya, S. , Banerjee, I. , Chakraborty, A. , </w:t>
      </w:r>
      <w:proofErr w:type="spellStart"/>
      <w:r w:rsidRPr="00340051">
        <w:t>Sanyal</w:t>
      </w:r>
      <w:proofErr w:type="spellEnd"/>
      <w:r w:rsidRPr="00340051">
        <w:t>, G. (2014). 'Biometric Steganography Using Variable Length Embedding'. World Academy of Science, Engineering and Technology, International Science Index 88, International Journal of Computer, Information, Systems and Control Engineering, 8(4), 96 - 107.</w:t>
      </w:r>
    </w:p>
    <w:p w14:paraId="0879BE6C" w14:textId="77777777" w:rsidR="00761DD5" w:rsidRDefault="00513F15" w:rsidP="00BF0E62">
      <w:pPr>
        <w:jc w:val="both"/>
      </w:pPr>
      <w:r>
        <w:t>• 'Biometric Steganography Using Variable Length Embedding' – World Academy of Science, Engineering and Technology, 2014.</w:t>
      </w:r>
    </w:p>
    <w:p w14:paraId="418AD933" w14:textId="77777777" w:rsidR="00761DD5" w:rsidRDefault="00513F15" w:rsidP="00BF0E62">
      <w:pPr>
        <w:jc w:val="both"/>
      </w:pPr>
      <w:r>
        <w:t>• Conferences: ICMFI Paris 2017, ICBBE Melbourne 2017, ICMB Prague 2017</w:t>
      </w:r>
    </w:p>
    <w:p w14:paraId="06BB5A90" w14:textId="77777777" w:rsidR="00761DD5" w:rsidRDefault="00513F15" w:rsidP="00BF0E62">
      <w:pPr>
        <w:jc w:val="both"/>
      </w:pPr>
      <w:r>
        <w:t>• Publication Link: https://waset.org/publications/9998782</w:t>
      </w:r>
    </w:p>
    <w:p w14:paraId="5C8E0267" w14:textId="77777777" w:rsidR="00761DD5" w:rsidRDefault="00513F15" w:rsidP="00BF0E62">
      <w:pPr>
        <w:jc w:val="both"/>
      </w:pPr>
      <w:r>
        <w:rPr>
          <w:b/>
          <w:sz w:val="24"/>
        </w:rPr>
        <w:br/>
        <w:t>Certifications &amp; Achievements</w:t>
      </w:r>
    </w:p>
    <w:p w14:paraId="49C0AFBD" w14:textId="77777777" w:rsidR="00807525" w:rsidRDefault="00513F15" w:rsidP="00BF0E62">
      <w:pPr>
        <w:jc w:val="both"/>
      </w:pPr>
      <w:r>
        <w:t>• GATE 2012 Qualified – Score: 348</w:t>
      </w:r>
    </w:p>
    <w:p w14:paraId="51E147BA" w14:textId="39DF6208" w:rsidR="00D62405" w:rsidRDefault="003E2BD6" w:rsidP="00BF0E62">
      <w:pPr>
        <w:pStyle w:val="ListParagraph"/>
        <w:numPr>
          <w:ilvl w:val="0"/>
          <w:numId w:val="12"/>
        </w:numPr>
        <w:jc w:val="both"/>
      </w:pPr>
      <w:r>
        <w:t>JECA Rank - 958</w:t>
      </w:r>
    </w:p>
    <w:p w14:paraId="2C0F5FE7" w14:textId="77777777" w:rsidR="00761DD5" w:rsidRDefault="00513F15" w:rsidP="00BF0E62">
      <w:pPr>
        <w:jc w:val="both"/>
      </w:pPr>
      <w:r>
        <w:rPr>
          <w:b/>
          <w:sz w:val="24"/>
        </w:rPr>
        <w:lastRenderedPageBreak/>
        <w:br/>
        <w:t>Languages Known</w:t>
      </w:r>
    </w:p>
    <w:p w14:paraId="64DEF3DD" w14:textId="77777777" w:rsidR="00761DD5" w:rsidRDefault="00513F15" w:rsidP="00BF0E62">
      <w:pPr>
        <w:jc w:val="both"/>
      </w:pPr>
      <w:r>
        <w:t>• English – Fluent</w:t>
      </w:r>
    </w:p>
    <w:p w14:paraId="583E420C" w14:textId="77777777" w:rsidR="00761DD5" w:rsidRDefault="00513F15" w:rsidP="00BF0E62">
      <w:pPr>
        <w:jc w:val="both"/>
      </w:pPr>
      <w:r>
        <w:t>• Hindi – Fluent</w:t>
      </w:r>
    </w:p>
    <w:p w14:paraId="67789B40" w14:textId="77777777" w:rsidR="00761DD5" w:rsidRDefault="00513F15" w:rsidP="00BF0E62">
      <w:pPr>
        <w:jc w:val="both"/>
      </w:pPr>
      <w:r>
        <w:t>• Bengali – Native</w:t>
      </w:r>
    </w:p>
    <w:p w14:paraId="18E8DEBD" w14:textId="77777777" w:rsidR="00761DD5" w:rsidRDefault="00513F15" w:rsidP="00BF0E62">
      <w:pPr>
        <w:jc w:val="both"/>
      </w:pPr>
      <w:r>
        <w:rPr>
          <w:b/>
          <w:sz w:val="24"/>
        </w:rPr>
        <w:br/>
        <w:t>Strengths</w:t>
      </w:r>
    </w:p>
    <w:p w14:paraId="38B5AF22" w14:textId="77777777" w:rsidR="00761DD5" w:rsidRDefault="00513F15" w:rsidP="00BF0E62">
      <w:pPr>
        <w:jc w:val="both"/>
      </w:pPr>
      <w:r>
        <w:t>• Hard working, Optimistic, Flexible</w:t>
      </w:r>
    </w:p>
    <w:p w14:paraId="1A3E395E" w14:textId="7D2F7050" w:rsidR="00C13797" w:rsidRDefault="00C13797" w:rsidP="00C13797">
      <w:pPr>
        <w:pStyle w:val="ListParagraph"/>
        <w:numPr>
          <w:ilvl w:val="0"/>
          <w:numId w:val="12"/>
        </w:numPr>
        <w:jc w:val="both"/>
      </w:pPr>
      <w:r>
        <w:t>Adjustable to work as a good team member and adjustable to  different social planes</w:t>
      </w:r>
    </w:p>
    <w:p w14:paraId="2D0C8737" w14:textId="77777777" w:rsidR="00761DD5" w:rsidRDefault="00513F15" w:rsidP="00BF0E62">
      <w:pPr>
        <w:jc w:val="both"/>
      </w:pPr>
      <w:r>
        <w:rPr>
          <w:b/>
          <w:sz w:val="24"/>
        </w:rPr>
        <w:br/>
        <w:t>Declaration</w:t>
      </w:r>
    </w:p>
    <w:p w14:paraId="54AC16FB" w14:textId="77777777" w:rsidR="00761DD5" w:rsidRDefault="00513F15" w:rsidP="00BF0E62">
      <w:pPr>
        <w:jc w:val="both"/>
      </w:pPr>
      <w:r>
        <w:t>I hereby declare that the information provided is true to the best of my knowledge.</w:t>
      </w:r>
    </w:p>
    <w:p w14:paraId="68FA7864" w14:textId="77777777" w:rsidR="00761DD5" w:rsidRDefault="00513F15" w:rsidP="00BF0E62">
      <w:pPr>
        <w:jc w:val="both"/>
      </w:pPr>
      <w:r>
        <w:t>Place: Kolkata</w:t>
      </w:r>
    </w:p>
    <w:p w14:paraId="6BE99308" w14:textId="775983CE" w:rsidR="00761DD5" w:rsidRDefault="00513F15" w:rsidP="00BF0E62">
      <w:pPr>
        <w:jc w:val="both"/>
      </w:pPr>
      <w:r>
        <w:t xml:space="preserve">Date: </w:t>
      </w:r>
      <w:r w:rsidR="00F77F61">
        <w:t>03</w:t>
      </w:r>
      <w:r>
        <w:t>-0</w:t>
      </w:r>
      <w:r w:rsidR="00F77F61">
        <w:t>7</w:t>
      </w:r>
      <w:r>
        <w:t>-2025</w:t>
      </w:r>
    </w:p>
    <w:p w14:paraId="7ABA79A9" w14:textId="77777777" w:rsidR="00761DD5" w:rsidRDefault="00513F15" w:rsidP="00BF0E62">
      <w:pPr>
        <w:jc w:val="both"/>
      </w:pPr>
      <w:r>
        <w:t xml:space="preserve">Signature: </w:t>
      </w:r>
      <w:proofErr w:type="spellStart"/>
      <w:r>
        <w:t>Anumoy</w:t>
      </w:r>
      <w:proofErr w:type="spellEnd"/>
      <w:r>
        <w:t xml:space="preserve"> Chakraborty</w:t>
      </w:r>
    </w:p>
    <w:sectPr w:rsidR="00761DD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20B0502040204020203"/>
    <w:charset w:val="01"/>
    <w:family w:val="roman"/>
    <w:pitch w:val="variable"/>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7629C"/>
    <w:multiLevelType w:val="hybridMultilevel"/>
    <w:tmpl w:val="65C0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52CE3"/>
    <w:multiLevelType w:val="hybridMultilevel"/>
    <w:tmpl w:val="8DC2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2B2214"/>
    <w:multiLevelType w:val="hybridMultilevel"/>
    <w:tmpl w:val="1BC0E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C33ED4"/>
    <w:multiLevelType w:val="hybridMultilevel"/>
    <w:tmpl w:val="157C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7099E"/>
    <w:multiLevelType w:val="hybridMultilevel"/>
    <w:tmpl w:val="2E12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99112">
    <w:abstractNumId w:val="8"/>
  </w:num>
  <w:num w:numId="2" w16cid:durableId="2029716882">
    <w:abstractNumId w:val="6"/>
  </w:num>
  <w:num w:numId="3" w16cid:durableId="259028952">
    <w:abstractNumId w:val="5"/>
  </w:num>
  <w:num w:numId="4" w16cid:durableId="419840082">
    <w:abstractNumId w:val="4"/>
  </w:num>
  <w:num w:numId="5" w16cid:durableId="1539859190">
    <w:abstractNumId w:val="7"/>
  </w:num>
  <w:num w:numId="6" w16cid:durableId="462120387">
    <w:abstractNumId w:val="3"/>
  </w:num>
  <w:num w:numId="7" w16cid:durableId="1463225941">
    <w:abstractNumId w:val="2"/>
  </w:num>
  <w:num w:numId="8" w16cid:durableId="2063287744">
    <w:abstractNumId w:val="1"/>
  </w:num>
  <w:num w:numId="9" w16cid:durableId="1787043574">
    <w:abstractNumId w:val="0"/>
  </w:num>
  <w:num w:numId="10" w16cid:durableId="1964654610">
    <w:abstractNumId w:val="12"/>
  </w:num>
  <w:num w:numId="11" w16cid:durableId="1652054275">
    <w:abstractNumId w:val="10"/>
  </w:num>
  <w:num w:numId="12" w16cid:durableId="288514387">
    <w:abstractNumId w:val="9"/>
  </w:num>
  <w:num w:numId="13" w16cid:durableId="1973442843">
    <w:abstractNumId w:val="13"/>
  </w:num>
  <w:num w:numId="14" w16cid:durableId="2083915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B70"/>
    <w:rsid w:val="000A7E5D"/>
    <w:rsid w:val="000B6D76"/>
    <w:rsid w:val="00104B4F"/>
    <w:rsid w:val="0015074B"/>
    <w:rsid w:val="001902C1"/>
    <w:rsid w:val="001D327F"/>
    <w:rsid w:val="00210BA4"/>
    <w:rsid w:val="0029085E"/>
    <w:rsid w:val="0029639D"/>
    <w:rsid w:val="002F0973"/>
    <w:rsid w:val="00320B79"/>
    <w:rsid w:val="00326F90"/>
    <w:rsid w:val="0033077C"/>
    <w:rsid w:val="00334481"/>
    <w:rsid w:val="00340051"/>
    <w:rsid w:val="003B6D5F"/>
    <w:rsid w:val="003C4DB2"/>
    <w:rsid w:val="003D3789"/>
    <w:rsid w:val="003E2BD6"/>
    <w:rsid w:val="003F34EC"/>
    <w:rsid w:val="004964D9"/>
    <w:rsid w:val="00513F15"/>
    <w:rsid w:val="00530352"/>
    <w:rsid w:val="00557C12"/>
    <w:rsid w:val="005C4E3A"/>
    <w:rsid w:val="006304CA"/>
    <w:rsid w:val="006F550F"/>
    <w:rsid w:val="006F69F4"/>
    <w:rsid w:val="00725928"/>
    <w:rsid w:val="00761DD5"/>
    <w:rsid w:val="007C05C5"/>
    <w:rsid w:val="00807525"/>
    <w:rsid w:val="008B10F0"/>
    <w:rsid w:val="008E1984"/>
    <w:rsid w:val="00915866"/>
    <w:rsid w:val="009E7EC4"/>
    <w:rsid w:val="00A75B65"/>
    <w:rsid w:val="00AA1D8D"/>
    <w:rsid w:val="00AC7C4A"/>
    <w:rsid w:val="00AE32A6"/>
    <w:rsid w:val="00B002AD"/>
    <w:rsid w:val="00B47730"/>
    <w:rsid w:val="00BB7281"/>
    <w:rsid w:val="00BE78F9"/>
    <w:rsid w:val="00BF0E62"/>
    <w:rsid w:val="00C13797"/>
    <w:rsid w:val="00C37812"/>
    <w:rsid w:val="00C41A5C"/>
    <w:rsid w:val="00C52F7C"/>
    <w:rsid w:val="00C60DA7"/>
    <w:rsid w:val="00CA112B"/>
    <w:rsid w:val="00CB0664"/>
    <w:rsid w:val="00CB7BC4"/>
    <w:rsid w:val="00D55A59"/>
    <w:rsid w:val="00D62405"/>
    <w:rsid w:val="00E234B4"/>
    <w:rsid w:val="00F41B5D"/>
    <w:rsid w:val="00F465B0"/>
    <w:rsid w:val="00F4797E"/>
    <w:rsid w:val="00F77F61"/>
    <w:rsid w:val="00F81FF1"/>
    <w:rsid w:val="00F86516"/>
    <w:rsid w:val="00FC3302"/>
    <w:rsid w:val="00FC693F"/>
    <w:rsid w:val="00FF681B"/>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786AD"/>
  <w14:defaultImageDpi w14:val="300"/>
  <w15:docId w15:val="{9203F8FA-D2D0-CA46-A269-D1306133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Anumoy Chakraborty</cp:lastModifiedBy>
  <cp:revision>27</cp:revision>
  <dcterms:created xsi:type="dcterms:W3CDTF">2025-07-03T09:51:00Z</dcterms:created>
  <dcterms:modified xsi:type="dcterms:W3CDTF">2025-07-03T10:18:00Z</dcterms:modified>
  <cp:category/>
</cp:coreProperties>
</file>